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האח הגדול – קומוניזם ופשיזם בהשוואה</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להסביר כיצד משבר המודרנה הוביל לעליית משטרים טוטליטריים</w:t>
      </w:r>
    </w:p>
    <w:p>
      <w:pPr>
        <w:bidi/>
        <w:spacing w:after="80"/>
        <w:jc w:val="right"/>
      </w:pPr>
      <w:r>
        <w:rPr>
          <w:rFonts w:ascii="Arial" w:hAnsi="Arial" w:cs="Arial" w:eastAsia="Arial"/>
          <w:lang w:val="he-IL" w:bidi="he-IL"/>
          <w:sz w:val="22"/>
          <w:rtl/>
          <w:szCs w:val="22"/>
        </w:rPr>
        <w:t>• להשוות בין קומוניזם לפשיזם לפי יחס לשוויון, ללאום ולדרכי שליטה</w:t>
      </w:r>
    </w:p>
    <w:p>
      <w:pPr>
        <w:bidi/>
        <w:spacing w:after="80"/>
        <w:jc w:val="right"/>
      </w:pPr>
      <w:r>
        <w:rPr>
          <w:rFonts w:ascii="Arial" w:hAnsi="Arial" w:cs="Arial" w:eastAsia="Arial"/>
          <w:lang w:val="he-IL" w:bidi="he-IL"/>
          <w:sz w:val="22"/>
          <w:rtl/>
          <w:szCs w:val="22"/>
        </w:rPr>
        <w:t>• לענות על שאלת השוואה בסגנון בגרות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א – שוויון וביטול המעמדות</w:t>
      </w:r>
    </w:p>
    <w:p>
      <w:pPr>
        <w:bidi/>
        <w:spacing w:after="40"/>
        <w:jc w:val="right"/>
      </w:pPr>
      <w:r>
        <w:rPr>
          <w:rFonts w:ascii="Arial" w:hAnsi="Arial" w:cs="Arial" w:eastAsia="Arial"/>
          <w:lang w:val="he-IL" w:bidi="he-IL"/>
          <w:sz w:val="22"/>
          <w:rtl/>
          <w:szCs w:val="22"/>
        </w:rPr>
        <w:t>2. ב – תעמולה, דיכוי וטרור</w:t>
      </w:r>
    </w:p>
    <w:p>
      <w:pPr>
        <w:bidi/>
        <w:spacing w:after="40"/>
        <w:jc w:val="right"/>
      </w:pPr>
      <w:r>
        <w:rPr>
          <w:rFonts w:ascii="Arial" w:hAnsi="Arial" w:cs="Arial" w:eastAsia="Arial"/>
          <w:lang w:val="he-IL" w:bidi="he-IL"/>
          <w:sz w:val="22"/>
          <w:rtl/>
          <w:szCs w:val="22"/>
        </w:rPr>
        <w:t>3. ג – את האומה, המנהיג ואי השוויון</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שני המשטרים התפתחו מתוך ההריסות וה'משבר המודרנה' שלאחר המלחמה</w:t>
      </w:r>
    </w:p>
    <w:p>
      <w:pPr>
        <w:bidi/>
        <w:spacing w:after="40"/>
        <w:jc w:val="right"/>
      </w:pPr>
      <w:r>
        <w:rPr>
          <w:rFonts w:ascii="Arial" w:hAnsi="Arial" w:cs="Arial" w:eastAsia="Arial"/>
          <w:lang w:val="he-IL" w:bidi="he-IL"/>
          <w:sz w:val="22"/>
          <w:rtl/>
          <w:szCs w:val="22"/>
        </w:rPr>
        <w:t>2. לא נכון – הקומוניזם האמין בשוויון, אך הפשיזם האמין באי-שוויון ובעליונות האומה</w:t>
      </w:r>
    </w:p>
    <w:p>
      <w:pPr>
        <w:bidi/>
        <w:spacing w:after="40"/>
        <w:jc w:val="right"/>
      </w:pPr>
      <w:r>
        <w:rPr>
          <w:rFonts w:ascii="Arial" w:hAnsi="Arial" w:cs="Arial" w:eastAsia="Arial"/>
          <w:lang w:val="he-IL" w:bidi="he-IL"/>
          <w:sz w:val="22"/>
          <w:rtl/>
          <w:szCs w:val="22"/>
        </w:rPr>
        <w:t>3. נכון – אלו היו כלי שליטה משותפים לשני המשטרים הטוטליטריים</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משבר המודרנה</w:t>
      </w:r>
    </w:p>
    <w:p>
      <w:pPr>
        <w:bidi/>
        <w:spacing w:after="40"/>
        <w:jc w:val="right"/>
      </w:pPr>
      <w:r>
        <w:rPr>
          <w:rFonts w:ascii="Arial" w:hAnsi="Arial" w:cs="Arial" w:eastAsia="Arial"/>
          <w:lang w:val="he-IL" w:bidi="he-IL"/>
          <w:sz w:val="22"/>
          <w:rtl/>
          <w:szCs w:val="22"/>
        </w:rPr>
        <w:t>2. 1917</w:t>
      </w:r>
    </w:p>
    <w:p>
      <w:pPr>
        <w:bidi/>
        <w:spacing w:after="40"/>
        <w:jc w:val="right"/>
      </w:pPr>
      <w:r>
        <w:rPr>
          <w:rFonts w:ascii="Arial" w:hAnsi="Arial" w:cs="Arial" w:eastAsia="Arial"/>
          <w:lang w:val="he-IL" w:bidi="he-IL"/>
          <w:sz w:val="22"/>
          <w:rtl/>
          <w:szCs w:val="22"/>
        </w:rPr>
        <w:t>3. אינטרנציונליזם</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ג (שאיפה לחברה ללא מעמדות)</w:t>
      </w:r>
    </w:p>
    <w:p>
      <w:pPr>
        <w:bidi/>
        <w:spacing w:after="40"/>
        <w:jc w:val="right"/>
      </w:pPr>
      <w:r>
        <w:rPr>
          <w:rFonts w:ascii="Arial" w:hAnsi="Arial" w:cs="Arial" w:eastAsia="Arial"/>
          <w:lang w:val="he-IL" w:bidi="he-IL"/>
          <w:sz w:val="22"/>
          <w:rtl/>
          <w:szCs w:val="22"/>
        </w:rPr>
        <w:t>2 – א (קידוש האומה והמדינה מעל הפרט)</w:t>
      </w:r>
    </w:p>
    <w:p>
      <w:pPr>
        <w:bidi/>
        <w:spacing w:after="40"/>
        <w:jc w:val="right"/>
      </w:pPr>
      <w:r>
        <w:rPr>
          <w:rFonts w:ascii="Arial" w:hAnsi="Arial" w:cs="Arial" w:eastAsia="Arial"/>
          <w:lang w:val="he-IL" w:bidi="he-IL"/>
          <w:sz w:val="22"/>
          <w:rtl/>
          <w:szCs w:val="22"/>
        </w:rPr>
        <w:t>3 – ד (מנהיג המהפכה הקומוניסטית)</w:t>
      </w:r>
    </w:p>
    <w:p>
      <w:pPr>
        <w:bidi/>
        <w:spacing w:after="40"/>
        <w:jc w:val="right"/>
      </w:pPr>
      <w:r>
        <w:rPr>
          <w:rFonts w:ascii="Arial" w:hAnsi="Arial" w:cs="Arial" w:eastAsia="Arial"/>
          <w:lang w:val="he-IL" w:bidi="he-IL"/>
          <w:sz w:val="22"/>
          <w:rtl/>
          <w:szCs w:val="22"/>
        </w:rPr>
        <w:t>4 – ב (שליט איטליה 1922-1943)</w:t>
      </w:r>
    </w:p>
    <w:p>
      <w:pPr>
        <w:bidi/>
        <w:pStyle w:val="Heading3"/>
        <w:spacing w:after="80"/>
        <w:jc w:val="right"/>
      </w:pPr>
      <w:r>
        <w:rPr>
          <w:rFonts w:ascii="Arial" w:hAnsi="Arial" w:cs="Arial" w:eastAsia="Arial"/>
          <w:lang w:val="he-IL" w:bidi="he-IL"/>
          <w:b/>
          <w:color w:val="805AD5"/>
          <w:sz w:val="26"/>
          <w:rtl/>
          <w:szCs w:val="26"/>
          <w:bCs/>
        </w:rPr>
        <w:t>חלק ה׳ – סדר כרונולוגי</w:t>
      </w:r>
    </w:p>
    <w:p>
      <w:pPr>
        <w:bidi/>
        <w:spacing w:after="40"/>
        <w:jc w:val="right"/>
      </w:pPr>
      <w:r>
        <w:rPr>
          <w:rFonts w:ascii="Arial" w:hAnsi="Arial" w:cs="Arial" w:eastAsia="Arial"/>
          <w:lang w:val="he-IL" w:bidi="he-IL"/>
          <w:sz w:val="22"/>
          <w:rtl/>
          <w:szCs w:val="22"/>
        </w:rPr>
        <w:t>1. המהפכה הבולשביקית ברוסיה</w:t>
      </w:r>
    </w:p>
    <w:p>
      <w:pPr>
        <w:bidi/>
        <w:spacing w:after="40"/>
        <w:jc w:val="right"/>
      </w:pPr>
      <w:r>
        <w:rPr>
          <w:rFonts w:ascii="Arial" w:hAnsi="Arial" w:cs="Arial" w:eastAsia="Arial"/>
          <w:lang w:val="he-IL" w:bidi="he-IL"/>
          <w:sz w:val="22"/>
          <w:rtl/>
          <w:szCs w:val="22"/>
        </w:rPr>
        <w:t>2. מוסוליני הופך לראש ממשלת איטליה והקמת ברית המועצות</w:t>
      </w:r>
    </w:p>
    <w:p>
      <w:pPr>
        <w:bidi/>
        <w:spacing w:after="40"/>
        <w:jc w:val="right"/>
      </w:pPr>
      <w:r>
        <w:rPr>
          <w:rFonts w:ascii="Arial" w:hAnsi="Arial" w:cs="Arial" w:eastAsia="Arial"/>
          <w:lang w:val="he-IL" w:bidi="he-IL"/>
          <w:sz w:val="22"/>
          <w:rtl/>
          <w:szCs w:val="22"/>
        </w:rPr>
        <w:t>3. הדחת מוסוליני</w:t>
      </w:r>
    </w:p>
    <w:p>
      <w:pPr>
        <w:bidi/>
        <w:spacing w:after="40"/>
        <w:jc w:val="right"/>
      </w:pPr>
      <w:r>
        <w:rPr>
          <w:rFonts w:ascii="Arial" w:hAnsi="Arial" w:cs="Arial" w:eastAsia="Arial"/>
          <w:lang w:val="he-IL" w:bidi="he-IL"/>
          <w:sz w:val="22"/>
          <w:rtl/>
          <w:szCs w:val="22"/>
        </w:rPr>
        <w:t>4. פירוק ברית המועצות</w:t>
      </w:r>
    </w:p>
    <w:p>
      <w:pPr>
        <w:bidi/>
        <w:pStyle w:val="Heading3"/>
        <w:spacing w:after="80"/>
        <w:jc w:val="right"/>
      </w:pPr>
      <w:r>
        <w:rPr>
          <w:rFonts w:ascii="Arial" w:hAnsi="Arial" w:cs="Arial" w:eastAsia="Arial"/>
          <w:lang w:val="he-IL" w:bidi="he-IL"/>
          <w:b/>
          <w:color w:val="D53F8C"/>
          <w:sz w:val="26"/>
          <w:rtl/>
          <w:szCs w:val="26"/>
          <w:bCs/>
        </w:rPr>
        <w:t>חלק ו׳ – שאלה בסגנון בגרות</w:t>
      </w:r>
    </w:p>
    <w:p>
      <w:pPr>
        <w:bidi/>
        <w:spacing w:after="40"/>
        <w:jc w:val="right"/>
      </w:pPr>
      <w:r>
        <w:rPr>
          <w:rFonts w:ascii="Arial" w:hAnsi="Arial" w:cs="Arial" w:eastAsia="Arial"/>
          <w:lang w:val="he-IL" w:bidi="he-IL"/>
          <w:sz w:val="22"/>
          <w:rtl/>
          <w:szCs w:val="22"/>
        </w:rPr>
        <w:t>1. אחרי מלחמת העולם הראשונה אנשים רבים איבדו אמון בערכי הקדמה, התבונה והדמוקרטיה בעקבות ההרס הרב והאובדן. התחושה הזו הובילה רבים לחפש פתרונות קיצוניים כמו מנהיג חזק ואידיאולוגיה אחת שתביא סדר וביטחון</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תזכיר תעמולה, דיכוי או טרור כמאפיין משותף</w:t>
      </w:r>
    </w:p>
    <w:p>
      <w:pPr>
        <w:bidi/>
        <w:spacing w:after="80"/>
        <w:jc w:val="right"/>
      </w:pPr>
      <w:r>
        <w:rPr>
          <w:rFonts w:ascii="Arial" w:hAnsi="Arial" w:cs="Arial" w:eastAsia="Arial"/>
          <w:lang w:val="he-IL" w:bidi="he-IL"/>
          <w:sz w:val="22"/>
          <w:rtl/>
          <w:szCs w:val="22"/>
        </w:rPr>
        <w:t>• תשובה טובה תבחין בין אינטרנציונליזם לקומוניזם ולאומנות קיצונית לפשיזם</w:t>
      </w:r>
    </w:p>
    <w:p>
      <w:pPr>
        <w:bidi/>
        <w:spacing w:after="80"/>
        <w:jc w:val="right"/>
      </w:pPr>
      <w:r>
        <w:rPr>
          <w:rFonts w:ascii="Arial" w:hAnsi="Arial" w:cs="Arial" w:eastAsia="Arial"/>
          <w:lang w:val="he-IL" w:bidi="he-IL"/>
          <w:sz w:val="22"/>
          <w:rtl/>
          <w:szCs w:val="22"/>
        </w:rPr>
        <w:t>• המשפט צריך לכלול חלק של דמיון וחלק של שוני בין שני המשטרים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להשתמש בדיאגרמת ון כדי להמחיש חזותית את המשותף והשונה לפני מילוי הדף</w:t>
      </w:r>
    </w:p>
    <w:p>
      <w:pPr>
        <w:bidi/>
        <w:spacing w:after="80"/>
        <w:jc w:val="right"/>
      </w:pPr>
      <w:r>
        <w:rPr>
          <w:rFonts w:ascii="Arial" w:hAnsi="Arial" w:cs="Arial" w:eastAsia="Arial"/>
          <w:lang w:val="he-IL" w:bidi="he-IL"/>
          <w:sz w:val="22"/>
          <w:rtl/>
          <w:szCs w:val="22"/>
        </w:rPr>
        <w:t>• כדאי לחזור על שאלת הבגרות בסוף השיעור ולבדוק לפי המחוון בן 16 הנקודות</w:t>
      </w:r>
    </w:p>
    <w:p>
      <w:pPr>
        <w:bidi/>
        <w:spacing w:after="80"/>
        <w:jc w:val="right"/>
      </w:pPr>
      <w:r>
        <w:rPr>
          <w:rFonts w:ascii="Arial" w:hAnsi="Arial" w:cs="Arial" w:eastAsia="Arial"/>
          <w:lang w:val="he-IL" w:bidi="he-IL"/>
          <w:sz w:val="22"/>
          <w:rtl/>
          <w:szCs w:val="22"/>
        </w:rPr>
        <w:t>• לתלמידים מתקשים אפשר לפרק את שאלת ההשוואה לשלושה חלקים נפרדים עם התחלות משפט</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האח הגדול – קומוניזם ופשיזם בהשוואה</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בעקבות ההריסות של מלחמת העולם הראשונה צמחו באירופה משטרים טוטליטריים חדשים. בדף זה נשווה בין הקומוניזם בברית המועצות לפשיזם באיטליה.</w:t>
      </w:r>
    </w:p>
    <w:p>
      <w:pPr>
        <w:bidi/>
        <w:spacing w:after="80"/>
        <w:jc w:val="right"/>
      </w:pPr>
      <w:r>
        <w:rPr>
          <w:rFonts w:ascii="Arial" w:hAnsi="Arial" w:cs="Arial" w:eastAsia="Arial"/>
          <w:lang w:val="he-IL" w:bidi="he-IL"/>
          <w:b/>
          <w:color w:val="7B341E"/>
          <w:sz w:val="32"/>
          <w:rtl/>
          <w:szCs w:val="32"/>
          <w:bCs/>
        </w:rPr>
        <w:t>🧺 בנק מילים: משבר המודרנה  ·  אינטרנציונליזם  ·  1917</w:t>
      </w:r>
    </w:p>
    <w:p>
      <w:pPr>
        <w:bidi/>
        <w:pStyle w:val="Heading2"/>
        <w:spacing w:after="80"/>
        <w:jc w:val="right"/>
      </w:pPr>
      <w:r>
        <w:rPr>
          <w:rFonts w:ascii="Arial" w:hAnsi="Arial" w:cs="Arial" w:eastAsia="Arial"/>
          <w:lang w:val="he-IL" w:bidi="he-IL"/>
          <w:b/>
          <w:color w:val="E53E3E"/>
          <w:sz w:val="36"/>
          <w:rtl/>
          <w:szCs w:val="36"/>
          <w:bCs/>
        </w:rPr>
        <w:t>1  חלק א׳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הבטיח הקומוניזם?</w:t>
      </w:r>
    </w:p>
    <w:p>
      <w:pPr>
        <w:bidi/>
        <w:spacing w:after="20"/>
        <w:jc w:val="right"/>
      </w:pPr>
      <w:r>
        <w:rPr>
          <w:rFonts w:ascii="Arial" w:hAnsi="Arial" w:cs="Arial" w:eastAsia="Arial"/>
          <w:lang w:val="he-IL" w:bidi="he-IL"/>
          <w:sz w:val="32"/>
          <w:rtl/>
          <w:szCs w:val="32"/>
        </w:rPr>
        <w:t xml:space="preserve">      ☐ א. שוויון וביטול המעמדות</w:t>
      </w:r>
    </w:p>
    <w:p>
      <w:pPr>
        <w:bidi/>
        <w:spacing w:after="20"/>
        <w:jc w:val="right"/>
      </w:pPr>
      <w:r>
        <w:rPr>
          <w:rFonts w:ascii="Arial" w:hAnsi="Arial" w:cs="Arial" w:eastAsia="Arial"/>
          <w:lang w:val="he-IL" w:bidi="he-IL"/>
          <w:sz w:val="32"/>
          <w:rtl/>
          <w:szCs w:val="32"/>
        </w:rPr>
        <w:t xml:space="preserve">      ☐ ב. עליונות של אומה אחת</w:t>
      </w:r>
    </w:p>
    <w:p>
      <w:pPr>
        <w:bidi/>
        <w:spacing w:after="20"/>
        <w:jc w:val="right"/>
      </w:pPr>
      <w:r>
        <w:rPr>
          <w:rFonts w:ascii="Arial" w:hAnsi="Arial" w:cs="Arial" w:eastAsia="Arial"/>
          <w:lang w:val="he-IL" w:bidi="he-IL"/>
          <w:sz w:val="32"/>
          <w:rtl/>
          <w:szCs w:val="32"/>
        </w:rPr>
        <w:t xml:space="preserve">      ☐ ג. שלטון של אצילים</w:t>
      </w:r>
    </w:p>
    <w:p>
      <w:pPr>
        <w:bidi/>
        <w:spacing w:after="20"/>
        <w:jc w:val="right"/>
      </w:pPr>
      <w:r>
        <w:rPr>
          <w:rFonts w:ascii="Arial" w:hAnsi="Arial" w:cs="Arial" w:eastAsia="Arial"/>
          <w:lang w:val="he-IL" w:bidi="he-IL"/>
          <w:b/>
          <w:sz w:val="32"/>
          <w:rtl/>
          <w:szCs w:val="32"/>
          <w:bCs/>
        </w:rPr>
        <w:t>2. מה משותף לקומוניזם ולפשיזם?</w:t>
      </w:r>
    </w:p>
    <w:p>
      <w:pPr>
        <w:bidi/>
        <w:spacing w:after="20"/>
        <w:jc w:val="right"/>
      </w:pPr>
      <w:r>
        <w:rPr>
          <w:rFonts w:ascii="Arial" w:hAnsi="Arial" w:cs="Arial" w:eastAsia="Arial"/>
          <w:lang w:val="he-IL" w:bidi="he-IL"/>
          <w:sz w:val="32"/>
          <w:rtl/>
          <w:szCs w:val="32"/>
        </w:rPr>
        <w:t xml:space="preserve">      ☐ א. בחירות חופשיות</w:t>
      </w:r>
    </w:p>
    <w:p>
      <w:pPr>
        <w:bidi/>
        <w:spacing w:after="20"/>
        <w:jc w:val="right"/>
      </w:pPr>
      <w:r>
        <w:rPr>
          <w:rFonts w:ascii="Arial" w:hAnsi="Arial" w:cs="Arial" w:eastAsia="Arial"/>
          <w:lang w:val="he-IL" w:bidi="he-IL"/>
          <w:sz w:val="32"/>
          <w:rtl/>
          <w:szCs w:val="32"/>
        </w:rPr>
        <w:t xml:space="preserve">      ☐ ב. תעמולה, דיכוי וטרור</w:t>
      </w:r>
    </w:p>
    <w:p>
      <w:pPr>
        <w:bidi/>
        <w:spacing w:after="20"/>
        <w:jc w:val="right"/>
      </w:pPr>
      <w:r>
        <w:rPr>
          <w:rFonts w:ascii="Arial" w:hAnsi="Arial" w:cs="Arial" w:eastAsia="Arial"/>
          <w:lang w:val="he-IL" w:bidi="he-IL"/>
          <w:sz w:val="32"/>
          <w:rtl/>
          <w:szCs w:val="32"/>
        </w:rPr>
        <w:t xml:space="preserve">      ☐ ג. חופש ביטוי מלא</w:t>
      </w:r>
    </w:p>
    <w:p>
      <w:pPr>
        <w:bidi/>
        <w:spacing w:after="20"/>
        <w:jc w:val="right"/>
      </w:pPr>
      <w:r>
        <w:rPr>
          <w:rFonts w:ascii="Arial" w:hAnsi="Arial" w:cs="Arial" w:eastAsia="Arial"/>
          <w:lang w:val="he-IL" w:bidi="he-IL"/>
          <w:b/>
          <w:sz w:val="32"/>
          <w:rtl/>
          <w:szCs w:val="32"/>
          <w:bCs/>
        </w:rPr>
        <w:t>3. מה קידש הפשיזם?</w:t>
      </w:r>
    </w:p>
    <w:p>
      <w:pPr>
        <w:bidi/>
        <w:spacing w:after="20"/>
        <w:jc w:val="right"/>
      </w:pPr>
      <w:r>
        <w:rPr>
          <w:rFonts w:ascii="Arial" w:hAnsi="Arial" w:cs="Arial" w:eastAsia="Arial"/>
          <w:lang w:val="he-IL" w:bidi="he-IL"/>
          <w:sz w:val="32"/>
          <w:rtl/>
          <w:szCs w:val="32"/>
        </w:rPr>
        <w:t xml:space="preserve">      ☐ א. את השוויון</w:t>
      </w:r>
    </w:p>
    <w:p>
      <w:pPr>
        <w:bidi/>
        <w:spacing w:after="20"/>
        <w:jc w:val="right"/>
      </w:pPr>
      <w:r>
        <w:rPr>
          <w:rFonts w:ascii="Arial" w:hAnsi="Arial" w:cs="Arial" w:eastAsia="Arial"/>
          <w:lang w:val="he-IL" w:bidi="he-IL"/>
          <w:sz w:val="32"/>
          <w:rtl/>
          <w:szCs w:val="32"/>
        </w:rPr>
        <w:t xml:space="preserve">      ☐ ב. את הפרט</w:t>
      </w:r>
    </w:p>
    <w:p>
      <w:pPr>
        <w:bidi/>
        <w:spacing w:after="20"/>
        <w:jc w:val="right"/>
      </w:pPr>
      <w:r>
        <w:rPr>
          <w:rFonts w:ascii="Arial" w:hAnsi="Arial" w:cs="Arial" w:eastAsia="Arial"/>
          <w:lang w:val="he-IL" w:bidi="he-IL"/>
          <w:sz w:val="32"/>
          <w:rtl/>
          <w:szCs w:val="32"/>
        </w:rPr>
        <w:t xml:space="preserve">      ☐ ג. את האומה, המנהיג ואי השוויון</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הקומוניזם והפשיזם צמחו אחרי מלחמת העולם הראשונה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שני המשטרים האמינו בשוויון בין בני האדם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בשני המשטרים היו תעמולה וטרור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ה__________ היא תחושת התמוטטות ערכי הקדמה אחרי מלחמת העולם הראשונה</w:t>
      </w:r>
    </w:p>
    <w:p>
      <w:pPr>
        <w:bidi/>
        <w:spacing w:after="80"/>
        <w:jc w:val="right"/>
      </w:pPr>
      <w:r>
        <w:rPr>
          <w:rFonts w:ascii="Arial" w:hAnsi="Arial" w:cs="Arial" w:eastAsia="Arial"/>
          <w:lang w:val="he-IL" w:bidi="he-IL"/>
          <w:sz w:val="32"/>
          <w:rtl/>
          <w:szCs w:val="32"/>
        </w:rPr>
        <w:t>2. המהפכה הבולשביקית ברוסיה התרחשה בשנת __________</w:t>
      </w:r>
    </w:p>
    <w:p>
      <w:pPr>
        <w:bidi/>
        <w:spacing w:after="80"/>
        <w:jc w:val="right"/>
      </w:pPr>
      <w:r>
        <w:rPr>
          <w:rFonts w:ascii="Arial" w:hAnsi="Arial" w:cs="Arial" w:eastAsia="Arial"/>
          <w:lang w:val="he-IL" w:bidi="he-IL"/>
          <w:sz w:val="32"/>
          <w:rtl/>
          <w:szCs w:val="32"/>
        </w:rPr>
        <w:t>3. ה__________ היא התפיסה שמעמד הפועלים בכל העולם הוא אחד</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קומוניזם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קידוש האומה והמדינה מעל הפרט</w:t>
            </w:r>
          </w:p>
        </w:tc>
      </w:tr>
      <w:tr>
        <w:tc>
          <w:tcPr>
            <w:tcW w:type="dxa" w:w="3969"/>
          </w:tcPr>
          <w:p>
            <w:pPr>
              <w:bidi/>
              <w:jc w:val="right"/>
            </w:pPr>
            <w:r>
              <w:rPr>
                <w:rFonts w:ascii="Arial" w:hAnsi="Arial" w:cs="Arial" w:eastAsia="Arial"/>
                <w:lang w:val="he-IL" w:bidi="he-IL"/>
                <w:sz w:val="32"/>
                <w:rtl/>
                <w:szCs w:val="32"/>
              </w:rPr>
              <w:t>2. פשיזם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שליט איטליה 1922-1943</w:t>
            </w:r>
          </w:p>
        </w:tc>
      </w:tr>
      <w:tr>
        <w:tc>
          <w:tcPr>
            <w:tcW w:type="dxa" w:w="3969"/>
          </w:tcPr>
          <w:p>
            <w:pPr>
              <w:bidi/>
              <w:jc w:val="right"/>
            </w:pPr>
            <w:r>
              <w:rPr>
                <w:rFonts w:ascii="Arial" w:hAnsi="Arial" w:cs="Arial" w:eastAsia="Arial"/>
                <w:lang w:val="he-IL" w:bidi="he-IL"/>
                <w:sz w:val="32"/>
                <w:rtl/>
                <w:szCs w:val="32"/>
              </w:rPr>
              <w:t>3. לנין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שאיפה לחברה ללא מעמדות</w:t>
            </w:r>
          </w:p>
        </w:tc>
      </w:tr>
      <w:tr>
        <w:tc>
          <w:tcPr>
            <w:tcW w:type="dxa" w:w="3969"/>
          </w:tcPr>
          <w:p>
            <w:pPr>
              <w:bidi/>
              <w:jc w:val="right"/>
            </w:pPr>
            <w:r>
              <w:rPr>
                <w:rFonts w:ascii="Arial" w:hAnsi="Arial" w:cs="Arial" w:eastAsia="Arial"/>
                <w:lang w:val="he-IL" w:bidi="he-IL"/>
                <w:sz w:val="32"/>
                <w:rtl/>
                <w:szCs w:val="32"/>
              </w:rPr>
              <w:t>4. מוסוליני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מנהיג המהפכה הקומוניסטית</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 כרונולוגי</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מוסוליני הופך לראש ממשלת איטליה והקמת ברית המועצות</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המהפכה הבולשביקית ברוסיה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פירוק ברית המועצות</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הדחת מוסוליני</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שאלה בסגנון בגרות</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הסבירו מהו 'משבר המודרנה' וכיצד תרם לעליית המשטרים הטוטליטריים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מהו מאפיין אחד המשותף לשני המשטרים?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מהו הבדל אחד בין קומוניזם לפשיזם ביחס ללאום?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האח הגדול – קומוניזם ופשיזם בהשוואה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